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60A3A" w14:textId="77777777" w:rsidR="00AD02F9" w:rsidRPr="009E2305" w:rsidRDefault="00000000" w:rsidP="009E2305">
      <w:pPr>
        <w:jc w:val="center"/>
        <w:rPr>
          <w:b/>
          <w:bCs/>
        </w:rPr>
      </w:pPr>
      <w:r w:rsidRPr="009E2305">
        <w:rPr>
          <w:b/>
          <w:bCs/>
        </w:rPr>
        <w:t>MATRIXIAL LOGIC — NOTATION KEY</w:t>
      </w:r>
    </w:p>
    <w:p w14:paraId="2D030CB1" w14:textId="77777777" w:rsidR="00AD02F9" w:rsidRPr="009E2305" w:rsidRDefault="00000000" w:rsidP="009E2305">
      <w:pPr>
        <w:jc w:val="center"/>
        <w:rPr>
          <w:b/>
          <w:bCs/>
        </w:rPr>
      </w:pPr>
      <w:r w:rsidRPr="009E2305">
        <w:rPr>
          <w:b/>
          <w:bCs/>
        </w:rPr>
        <w:t>Symbols and Canonical Marks</w:t>
      </w:r>
    </w:p>
    <w:p w14:paraId="14B71A36" w14:textId="2628C568" w:rsidR="009E2305" w:rsidRPr="009E2305" w:rsidRDefault="009E2305" w:rsidP="009E2305">
      <w:pPr>
        <w:jc w:val="center"/>
        <w:rPr>
          <w:b/>
          <w:bCs/>
        </w:rPr>
      </w:pPr>
      <w:r w:rsidRPr="009E2305">
        <w:rPr>
          <w:b/>
          <w:bCs/>
        </w:rPr>
        <w:t>6 January 2026</w:t>
      </w:r>
    </w:p>
    <w:p w14:paraId="690AAFED" w14:textId="77777777" w:rsidR="00AD02F9" w:rsidRDefault="00000000">
      <w:r>
        <w:t>[E]</w:t>
      </w:r>
    </w:p>
    <w:p w14:paraId="5A0BF7D4" w14:textId="77777777" w:rsidR="00AD02F9" w:rsidRDefault="00000000">
      <w:r>
        <w:t>[I]</w:t>
      </w:r>
    </w:p>
    <w:p w14:paraId="182F6CF7" w14:textId="77777777" w:rsidR="00AD02F9" w:rsidRDefault="00000000">
      <w:r>
        <w:t>FE¹</w:t>
      </w:r>
    </w:p>
    <w:p w14:paraId="6E73F740" w14:textId="77777777" w:rsidR="00AD02F9" w:rsidRDefault="00000000">
      <w:r>
        <w:t>FE²</w:t>
      </w:r>
    </w:p>
    <w:p w14:paraId="71E142F0" w14:textId="77777777" w:rsidR="00AD02F9" w:rsidRDefault="00000000">
      <w:r>
        <w:t>[A]</w:t>
      </w:r>
    </w:p>
    <w:p w14:paraId="69D1F895" w14:textId="77777777" w:rsidR="00AD02F9" w:rsidRDefault="00000000">
      <w:r>
        <w:t>[ᴺᴼᵀA]</w:t>
      </w:r>
    </w:p>
    <w:p w14:paraId="373A4EA9" w14:textId="77777777" w:rsidR="00AD02F9" w:rsidRDefault="00000000">
      <w:r>
        <w:t>[−A]</w:t>
      </w:r>
    </w:p>
    <w:p w14:paraId="52E87DC3" w14:textId="77777777" w:rsidR="00AD02F9" w:rsidRDefault="00000000">
      <w:r>
        <w:t>&lt;ΣE&gt;</w:t>
      </w:r>
    </w:p>
    <w:p w14:paraId="3C2D8FE9" w14:textId="77777777" w:rsidR="00AD02F9" w:rsidRDefault="00000000">
      <w:r>
        <w:t>/V/</w:t>
      </w:r>
    </w:p>
    <w:p w14:paraId="3AF6B0F7" w14:textId="77777777" w:rsidR="00AD02F9" w:rsidRDefault="00000000">
      <w:r>
        <w:t>VCIP</w:t>
      </w:r>
    </w:p>
    <w:p w14:paraId="24EFCCF9" w14:textId="77777777" w:rsidR="00AD02F9" w:rsidRDefault="00000000">
      <w:r>
        <w:t>Δⁿ</w:t>
      </w:r>
    </w:p>
    <w:p w14:paraId="1E972CBF" w14:textId="77777777" w:rsidR="00AD02F9" w:rsidRDefault="00000000">
      <w:r>
        <w:t>∞</w:t>
      </w:r>
    </w:p>
    <w:p w14:paraId="289C6F62" w14:textId="77777777" w:rsidR="00AD02F9" w:rsidRDefault="00000000">
      <w:r>
        <w:t>π</w:t>
      </w:r>
    </w:p>
    <w:p w14:paraId="1469CDD5" w14:textId="77777777" w:rsidR="00AD02F9" w:rsidRDefault="00000000">
      <w:r>
        <w:t>−π̃</w:t>
      </w:r>
    </w:p>
    <w:p w14:paraId="3A0A25F1" w14:textId="77777777" w:rsidR="00AD02F9" w:rsidRDefault="00000000">
      <w:r>
        <w:t>+π̃</w:t>
      </w:r>
    </w:p>
    <w:p w14:paraId="325E65EB" w14:textId="77777777" w:rsidR="00AD02F9" w:rsidRDefault="00000000">
      <w:r>
        <w:t>/S/</w:t>
      </w:r>
    </w:p>
    <w:p w14:paraId="6A78BA44" w14:textId="77777777" w:rsidR="00AD02F9" w:rsidRDefault="00000000">
      <w:r>
        <w:t>=</w:t>
      </w:r>
    </w:p>
    <w:p w14:paraId="348EB100" w14:textId="77777777" w:rsidR="00AD02F9" w:rsidRDefault="00000000">
      <w:r>
        <w:t>≠</w:t>
      </w:r>
    </w:p>
    <w:p w14:paraId="61290EDC" w14:textId="77777777" w:rsidR="00AD02F9" w:rsidRDefault="00000000">
      <w:r>
        <w:t>≈</w:t>
      </w:r>
    </w:p>
    <w:p w14:paraId="7F2C0128" w14:textId="77777777" w:rsidR="00AD02F9" w:rsidRDefault="00000000">
      <w:r>
        <w:t>±</w:t>
      </w:r>
    </w:p>
    <w:p w14:paraId="563569AB" w14:textId="77777777" w:rsidR="00AD02F9" w:rsidRDefault="00000000">
      <w:r>
        <w:t>₸n</w:t>
      </w:r>
    </w:p>
    <w:p w14:paraId="5A23B4FD" w14:textId="77777777" w:rsidR="00AD02F9" w:rsidRDefault="00000000">
      <w:r>
        <w:t>(x)</w:t>
      </w:r>
    </w:p>
    <w:p w14:paraId="26E32F05" w14:textId="77777777" w:rsidR="00AD02F9" w:rsidRDefault="00000000">
      <w:r>
        <w:lastRenderedPageBreak/>
        <w:t>(y)</w:t>
      </w:r>
    </w:p>
    <w:p w14:paraId="748F95E0" w14:textId="77777777" w:rsidR="00AD02F9" w:rsidRDefault="00000000">
      <w:r>
        <w:t>\  \\  \\\  \\\\</w:t>
      </w:r>
    </w:p>
    <w:p w14:paraId="4375A205" w14:textId="77777777" w:rsidR="00AD02F9" w:rsidRDefault="00000000">
      <w:r>
        <w:t>3 − 2 = 1</w:t>
      </w:r>
    </w:p>
    <w:p w14:paraId="12D5662C" w14:textId="77777777" w:rsidR="00AD02F9" w:rsidRDefault="00000000">
      <w:r>
        <w:t>→</w:t>
      </w:r>
    </w:p>
    <w:p w14:paraId="1FBD5CFC" w14:textId="77777777" w:rsidR="00AD02F9" w:rsidRDefault="00000000">
      <w:r>
        <w:t>⇒</w:t>
      </w:r>
    </w:p>
    <w:sectPr w:rsidR="00AD02F9" w:rsidSect="009E2305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767956">
    <w:abstractNumId w:val="8"/>
  </w:num>
  <w:num w:numId="2" w16cid:durableId="472868149">
    <w:abstractNumId w:val="6"/>
  </w:num>
  <w:num w:numId="3" w16cid:durableId="1637292769">
    <w:abstractNumId w:val="5"/>
  </w:num>
  <w:num w:numId="4" w16cid:durableId="2060282557">
    <w:abstractNumId w:val="4"/>
  </w:num>
  <w:num w:numId="5" w16cid:durableId="133261379">
    <w:abstractNumId w:val="7"/>
  </w:num>
  <w:num w:numId="6" w16cid:durableId="1766536045">
    <w:abstractNumId w:val="3"/>
  </w:num>
  <w:num w:numId="7" w16cid:durableId="1830709369">
    <w:abstractNumId w:val="2"/>
  </w:num>
  <w:num w:numId="8" w16cid:durableId="1612781243">
    <w:abstractNumId w:val="1"/>
  </w:num>
  <w:num w:numId="9" w16cid:durableId="178896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E2305"/>
    <w:rsid w:val="00AA1D8D"/>
    <w:rsid w:val="00AD02F9"/>
    <w:rsid w:val="00B3014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305C60"/>
  <w14:defaultImageDpi w14:val="300"/>
  <w15:docId w15:val="{4E09E248-BB8E-4F29-AE89-95B73EF5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2</cp:revision>
  <dcterms:created xsi:type="dcterms:W3CDTF">2026-01-06T05:42:00Z</dcterms:created>
  <dcterms:modified xsi:type="dcterms:W3CDTF">2026-01-06T05:42:00Z</dcterms:modified>
  <cp:category/>
</cp:coreProperties>
</file>